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ResumeName"/>
      </w:pPr>
      <w:r>
        <w:t>Divin Daniel</w:t>
      </w:r>
    </w:p>
    <w:p>
      <w:pPr>
        <w:pStyle w:val="ResumeContact"/>
      </w:pPr>
      <w:r>
        <w:t>+27 69 345 1778</w:t>
      </w:r>
      <w:r>
        <w:rPr>
          <w:rFonts w:ascii="Times New Roman" w:hAnsi="Times New Roman" w:cs="Times New Roman" w:eastAsia="Times New Roman"/>
          <w:b w:val="0"/>
          <w:i w:val="0"/>
          <w:color w:val="000000"/>
          <w:sz w:val="19"/>
        </w:rPr>
        <w:t xml:space="preserve"> | </w:t>
      </w:r>
      <w:hyperlink r:id="rId9" w:history="1">
        <w:r>
          <w:rPr>
            <w:rFonts w:ascii="cmr10" w:hAnsi="cmr10"/>
            <w:sz w:val="19"/>
            <w:color w:val="000000"/>
            <w:u w:val="single"/>
          </w:rPr>
          <w:t>divindaniel58@gmail.com</w:t>
        </w:r>
      </w:hyperlink>
      <w:r>
        <w:rPr>
          <w:rFonts w:ascii="Times New Roman" w:hAnsi="Times New Roman" w:cs="Times New Roman" w:eastAsia="Times New Roman"/>
          <w:b w:val="0"/>
          <w:i w:val="0"/>
          <w:color w:val="000000"/>
          <w:sz w:val="19"/>
        </w:rPr>
        <w:t xml:space="preserve"> | </w:t>
      </w:r>
      <w:hyperlink r:id="rId10" w:history="1">
        <w:r>
          <w:rPr>
            <w:rFonts w:ascii="cmr10" w:hAnsi="cmr10"/>
            <w:sz w:val="19"/>
            <w:color w:val="000000"/>
            <w:u w:val="single"/>
          </w:rPr>
          <w:t>LinkedIn</w:t>
        </w:r>
      </w:hyperlink>
      <w:r>
        <w:rPr>
          <w:rFonts w:ascii="Times New Roman" w:hAnsi="Times New Roman" w:cs="Times New Roman" w:eastAsia="Times New Roman"/>
          <w:b w:val="0"/>
          <w:i w:val="0"/>
          <w:color w:val="000000"/>
          <w:sz w:val="19"/>
        </w:rPr>
        <w:t xml:space="preserve"> | </w:t>
      </w:r>
      <w:hyperlink r:id="rId11" w:history="1">
        <w:r>
          <w:rPr>
            <w:rFonts w:ascii="cmr10" w:hAnsi="cmr10"/>
            <w:sz w:val="19"/>
            <w:color w:val="000000"/>
            <w:u w:val="single"/>
          </w:rPr>
          <w:t>github.com/Divin01</w:t>
        </w:r>
      </w:hyperlink>
      <w:r>
        <w:rPr>
          <w:rFonts w:ascii="Times New Roman" w:hAnsi="Times New Roman" w:cs="Times New Roman" w:eastAsia="Times New Roman"/>
          <w:b w:val="0"/>
          <w:i w:val="0"/>
          <w:color w:val="000000"/>
          <w:sz w:val="19"/>
        </w:rPr>
        <w:t xml:space="preserve"> | </w:t>
      </w:r>
      <w:hyperlink r:id="rId12" w:history="1">
        <w:r>
          <w:rPr>
            <w:rFonts w:ascii="cmr10" w:hAnsi="cmr10"/>
            <w:sz w:val="19"/>
            <w:color w:val="000000"/>
            <w:u w:val="single"/>
          </w:rPr>
          <w:t>divindaniel.com</w:t>
        </w:r>
      </w:hyperlink>
    </w:p>
    <w:p>
      <w:pPr>
        <w:pStyle w:val="Heading1"/>
        <w:pBdr>
          <w:bottom w:val="single" w:sz="3" w:space="1" w:color="000000"/>
        </w:pBdr>
      </w:pPr>
      <w:r>
        <w:t>Summary</w:t>
      </w:r>
    </w:p>
    <w:p>
      <w:pPr>
        <w:pStyle w:val="ResumeSummary"/>
      </w:pPr>
      <w:r>
        <w:t>Final-year Business Information Technology student at the University of Johannesburg, focused on full-stack web and mobile development. Builds practical applications with TypeScript, React Native, Next.js and Python, with project experience in healthcare, smart agriculture and service marketplaces. Combines business understanding with software development, team collaboration and communication skills developed through academic tutoring and peer mentoring.</w:t>
      </w:r>
    </w:p>
    <w:p>
      <w:pPr>
        <w:pStyle w:val="Heading1"/>
        <w:pBdr>
          <w:bottom w:val="single" w:sz="3" w:space="1" w:color="000000"/>
        </w:pBdr>
      </w:pPr>
      <w:r>
        <w:t>Education</w:t>
      </w:r>
    </w:p>
    <w:p>
      <w:pPr>
        <w:pStyle w:val="ResumeEntry"/>
      </w:pPr>
      <w:r>
        <w:t>University of Johannesburg</w:t>
      </w:r>
      <w:r>
        <w:rPr>
          <w:rFonts w:ascii="cmr10" w:hAnsi="cmr10" w:cs="cmr10" w:eastAsia="cmr10"/>
          <w:b w:val="0"/>
          <w:i w:val="0"/>
          <w:color w:val="000000"/>
          <w:sz w:val="22"/>
        </w:rPr>
        <w:tab/>
        <w:t>Johannesburg, South Africa</w:t>
      </w:r>
    </w:p>
    <w:p>
      <w:pPr>
        <w:pStyle w:val="ResumeRole"/>
      </w:pPr>
      <w:r>
        <w:t>Business Information Technology, Software Development</w:t>
      </w:r>
      <w:r>
        <w:tab/>
        <w:t>2024 - 2026 (expected)</w:t>
      </w:r>
    </w:p>
    <w:p>
      <w:pPr>
        <w:pStyle w:val="ResumeBullet"/>
        <w:keepNext w:val="0"/>
        <w:numPr>
          <w:ilvl w:val="0"/>
          <w:numId w:val="10"/>
        </w:numPr>
      </w:pPr>
      <w:r>
        <w:t>Focus: software development, database fundamentals and business systems.</w:t>
      </w:r>
    </w:p>
    <w:p>
      <w:pPr>
        <w:pStyle w:val="Heading1"/>
        <w:pBdr>
          <w:bottom w:val="single" w:sz="3" w:space="1" w:color="000000"/>
        </w:pBdr>
      </w:pPr>
      <w:r>
        <w:t>Experience</w:t>
      </w:r>
    </w:p>
    <w:p>
      <w:pPr>
        <w:pStyle w:val="ResumeEntry"/>
      </w:pPr>
      <w:hyperlink r:id="rId13" w:history="1">
        <w:r>
          <w:rPr>
            <w:rFonts w:ascii="cmbx10" w:hAnsi="cmbx10"/>
            <w:sz w:val="22"/>
            <w:color w:val="000000"/>
            <w:u w:val="single"/>
          </w:rPr>
          <w:t>University of Johannesburg</w:t>
        </w:r>
      </w:hyperlink>
      <w:r>
        <w:rPr>
          <w:rFonts w:ascii="cmr10" w:hAnsi="cmr10" w:cs="cmr10" w:eastAsia="cmr10"/>
          <w:b w:val="0"/>
          <w:i w:val="0"/>
          <w:color w:val="000000"/>
          <w:sz w:val="22"/>
        </w:rPr>
        <w:tab/>
        <w:t>Feb. 2026 - Present</w:t>
      </w:r>
    </w:p>
    <w:p>
      <w:pPr>
        <w:pStyle w:val="ResumeRole"/>
      </w:pPr>
      <w:r>
        <w:t>Academic Tutor</w:t>
        <w:tab/>
        <w:t>Johannesburg, South Africa</w:t>
      </w:r>
    </w:p>
    <w:p>
      <w:pPr>
        <w:pStyle w:val="ResumeBullet"/>
        <w:keepNext/>
        <w:numPr>
          <w:ilvl w:val="0"/>
          <w:numId w:val="10"/>
        </w:numPr>
      </w:pPr>
      <w:r>
        <w:t>Explain academic concepts through guided discussions and practical examples, helping students work through difficult material.</w:t>
      </w:r>
    </w:p>
    <w:p>
      <w:pPr>
        <w:pStyle w:val="ResumeBullet"/>
        <w:keepNext w:val="0"/>
        <w:numPr>
          <w:ilvl w:val="0"/>
          <w:numId w:val="10"/>
        </w:numPr>
      </w:pPr>
      <w:r>
        <w:t>Support students in developing problem-solving approaches and independent study habits.</w:t>
      </w:r>
    </w:p>
    <w:p>
      <w:pPr>
        <w:pStyle w:val="ResumeEntry"/>
      </w:pPr>
      <w:hyperlink r:id="rId13" w:history="1">
        <w:r>
          <w:rPr>
            <w:rFonts w:ascii="cmbx10" w:hAnsi="cmbx10"/>
            <w:sz w:val="22"/>
            <w:color w:val="000000"/>
            <w:u w:val="single"/>
          </w:rPr>
          <w:t>University of Johannesburg</w:t>
        </w:r>
      </w:hyperlink>
      <w:r>
        <w:rPr>
          <w:rFonts w:ascii="cmr10" w:hAnsi="cmr10" w:cs="cmr10" w:eastAsia="cmr10"/>
          <w:b w:val="0"/>
          <w:i w:val="0"/>
          <w:color w:val="000000"/>
          <w:sz w:val="22"/>
        </w:rPr>
        <w:tab/>
        <w:t>Feb. 2025 - Present</w:t>
      </w:r>
    </w:p>
    <w:p>
      <w:pPr>
        <w:pStyle w:val="ResumeRole"/>
      </w:pPr>
      <w:r>
        <w:t>Peer Mentor</w:t>
        <w:tab/>
        <w:t>Johannesburg, South Africa</w:t>
      </w:r>
    </w:p>
    <w:p>
      <w:pPr>
        <w:pStyle w:val="ResumeBullet"/>
        <w:keepNext/>
        <w:numPr>
          <w:ilvl w:val="0"/>
          <w:numId w:val="10"/>
        </w:numPr>
      </w:pPr>
      <w:r>
        <w:t>Guide fellow students as they adjust to university, navigate academic challenges and build confidence in their studies.</w:t>
      </w:r>
    </w:p>
    <w:p>
      <w:pPr>
        <w:pStyle w:val="ResumeBullet"/>
        <w:keepNext w:val="0"/>
        <w:numPr>
          <w:ilvl w:val="0"/>
          <w:numId w:val="10"/>
        </w:numPr>
      </w:pPr>
      <w:r>
        <w:t>Share study strategies and learning resources, drawing on personal academic experience.</w:t>
      </w:r>
    </w:p>
    <w:p>
      <w:pPr>
        <w:pStyle w:val="Heading1"/>
        <w:pBdr>
          <w:bottom w:val="single" w:sz="3" w:space="1" w:color="000000"/>
        </w:pBdr>
      </w:pPr>
      <w:r>
        <w:t>Projects</w:t>
      </w:r>
      <w:r>
        <w:tab/>
      </w:r>
      <w:hyperlink r:id="rId12" w:history="1">
        <w:r>
          <w:rPr>
            <w:rFonts w:ascii="cmcsc10" w:hAnsi="cmcsc10"/>
            <w:sz w:val="22"/>
            <w:color w:val="000000"/>
            <w:u w:val="single"/>
          </w:rPr>
          <w:t>divindaniel.com</w:t>
        </w:r>
      </w:hyperlink>
    </w:p>
    <w:p>
      <w:pPr>
        <w:pStyle w:val="ResumeProject"/>
      </w:pPr>
      <w:hyperlink r:id="rId14" w:history="1">
        <w:r>
          <w:rPr>
            <w:rFonts w:ascii="cmbx10" w:hAnsi="cmbx10"/>
            <w:sz w:val="20"/>
            <w:color w:val="000000"/>
            <w:u w:val="single"/>
          </w:rPr>
          <w:t>CropMate</w:t>
        </w:r>
      </w:hyperlink>
      <w:r>
        <w:rPr>
          <w:rFonts w:ascii="Times New Roman" w:hAnsi="Times New Roman" w:cs="Times New Roman" w:eastAsia="Times New Roman"/>
          <w:b w:val="0"/>
          <w:i w:val="0"/>
          <w:color w:val="000000"/>
          <w:sz w:val="20"/>
        </w:rPr>
        <w:t xml:space="preserve"> | </w:t>
      </w:r>
      <w:r>
        <w:rPr>
          <w:rFonts w:ascii="cmti10" w:hAnsi="cmti10" w:cs="cmti10" w:eastAsia="cmti10"/>
          <w:b w:val="0"/>
          <w:i w:val="0"/>
          <w:color w:val="000000"/>
          <w:sz w:val="20"/>
        </w:rPr>
        <w:t>React Native, Firebase, IoT, ESP8266</w:t>
      </w:r>
    </w:p>
    <w:p>
      <w:pPr>
        <w:pStyle w:val="ResumeBullet"/>
        <w:keepNext/>
        <w:numPr>
          <w:ilvl w:val="0"/>
          <w:numId w:val="10"/>
        </w:numPr>
      </w:pPr>
      <w:r>
        <w:t>Contributed to a mobile farming assistant combining crop advice, disease detection and connected farm data.</w:t>
      </w:r>
    </w:p>
    <w:p>
      <w:pPr>
        <w:pStyle w:val="ResumeBullet"/>
        <w:keepNext/>
        <w:numPr>
          <w:ilvl w:val="0"/>
          <w:numId w:val="10"/>
        </w:numPr>
      </w:pPr>
      <w:r>
        <w:t>Improved ESP8266 device connectivity and sensor integrations for live farm readings.</w:t>
      </w:r>
    </w:p>
    <w:p>
      <w:pPr>
        <w:pStyle w:val="ResumeBullet"/>
        <w:keepNext w:val="0"/>
        <w:numPr>
          <w:ilvl w:val="0"/>
          <w:numId w:val="10"/>
        </w:numPr>
      </w:pPr>
      <w:r>
        <w:t>Refined crop management flows, resolved disease detection issues and documented the system.</w:t>
      </w:r>
    </w:p>
    <w:p>
      <w:pPr>
        <w:pStyle w:val="ResumeProject"/>
      </w:pPr>
      <w:r>
        <w:t>ERRANDS</w:t>
      </w:r>
      <w:r>
        <w:rPr>
          <w:rFonts w:ascii="Times New Roman" w:hAnsi="Times New Roman" w:cs="Times New Roman" w:eastAsia="Times New Roman"/>
          <w:b w:val="0"/>
          <w:i w:val="0"/>
          <w:color w:val="000000"/>
          <w:sz w:val="20"/>
        </w:rPr>
        <w:t xml:space="preserve"> | </w:t>
      </w:r>
      <w:r>
        <w:rPr>
          <w:rFonts w:ascii="cmti10" w:hAnsi="cmti10" w:cs="cmti10" w:eastAsia="cmti10"/>
          <w:b w:val="0"/>
          <w:i w:val="0"/>
          <w:color w:val="000000"/>
          <w:sz w:val="20"/>
        </w:rPr>
        <w:t>Expo, TypeScript, NestJS, Prisma</w:t>
      </w:r>
    </w:p>
    <w:p>
      <w:pPr>
        <w:pStyle w:val="ResumeBullet"/>
        <w:keepNext/>
        <w:numPr>
          <w:ilvl w:val="0"/>
          <w:numId w:val="10"/>
        </w:numPr>
      </w:pPr>
      <w:r>
        <w:t>Developed customer and service provider interfaces for a services marketplace, including onboarding and job requests.</w:t>
      </w:r>
    </w:p>
    <w:p>
      <w:pPr>
        <w:pStyle w:val="ResumeBullet"/>
        <w:keepNext/>
        <w:numPr>
          <w:ilvl w:val="0"/>
          <w:numId w:val="10"/>
        </w:numPr>
      </w:pPr>
      <w:r>
        <w:t>Improved KYC flows, loading states and provider screens to make account setup clearer and more consistent.</w:t>
      </w:r>
    </w:p>
    <w:p>
      <w:pPr>
        <w:pStyle w:val="ResumeBullet"/>
        <w:keepNext w:val="0"/>
        <w:numPr>
          <w:ilvl w:val="0"/>
          <w:numId w:val="10"/>
        </w:numPr>
      </w:pPr>
      <w:r>
        <w:t>Updated backend services, resolved Prisma issues and refined the login architecture across the mobile and API codebases.</w:t>
      </w:r>
    </w:p>
    <w:p>
      <w:pPr>
        <w:pStyle w:val="ResumeProject"/>
      </w:pPr>
      <w:r>
        <w:t>NcedoCare</w:t>
      </w:r>
      <w:r>
        <w:rPr>
          <w:rFonts w:ascii="Times New Roman" w:hAnsi="Times New Roman" w:cs="Times New Roman" w:eastAsia="Times New Roman"/>
          <w:b w:val="0"/>
          <w:i w:val="0"/>
          <w:color w:val="000000"/>
          <w:sz w:val="20"/>
        </w:rPr>
        <w:t xml:space="preserve"> | </w:t>
      </w:r>
      <w:r>
        <w:rPr>
          <w:rFonts w:ascii="cmti10" w:hAnsi="cmti10" w:cs="cmti10" w:eastAsia="cmti10"/>
          <w:b w:val="0"/>
          <w:i w:val="0"/>
          <w:color w:val="000000"/>
          <w:sz w:val="20"/>
        </w:rPr>
        <w:t>React Native, Firebase, Voice AI</w:t>
      </w:r>
    </w:p>
    <w:p>
      <w:pPr>
        <w:pStyle w:val="ResumeBullet"/>
        <w:keepNext/>
        <w:numPr>
          <w:ilvl w:val="0"/>
          <w:numId w:val="10"/>
        </w:numPr>
      </w:pPr>
      <w:r>
        <w:t>Contributed to a healthcare prototype linking patient assessments, facility selection, care records and nurse workflows.</w:t>
      </w:r>
    </w:p>
    <w:p>
      <w:pPr>
        <w:pStyle w:val="ResumeBullet"/>
        <w:keepNext w:val="0"/>
        <w:numPr>
          <w:ilvl w:val="0"/>
          <w:numId w:val="10"/>
        </w:numPr>
      </w:pPr>
      <w:r>
        <w:t>Built and refined facility onboarding screens, asynchronous registration checks and shared loading components.</w:t>
      </w:r>
    </w:p>
    <w:p>
      <w:pPr>
        <w:pStyle w:val="ResumeProject"/>
      </w:pPr>
      <w:r>
        <w:t>VisionAlly</w:t>
      </w:r>
      <w:r>
        <w:rPr>
          <w:rFonts w:ascii="Times New Roman" w:hAnsi="Times New Roman" w:cs="Times New Roman" w:eastAsia="Times New Roman"/>
          <w:b w:val="0"/>
          <w:i w:val="0"/>
          <w:color w:val="000000"/>
          <w:sz w:val="20"/>
        </w:rPr>
        <w:t xml:space="preserve"> | </w:t>
      </w:r>
      <w:r>
        <w:rPr>
          <w:rFonts w:ascii="cmti10" w:hAnsi="cmti10" w:cs="cmti10" w:eastAsia="cmti10"/>
          <w:b w:val="0"/>
          <w:i w:val="0"/>
          <w:color w:val="000000"/>
          <w:sz w:val="20"/>
        </w:rPr>
        <w:t>React Native, Flask, Gemini, Firebase</w:t>
      </w:r>
    </w:p>
    <w:p>
      <w:pPr>
        <w:pStyle w:val="ResumeBullet"/>
        <w:keepNext/>
        <w:numPr>
          <w:ilvl w:val="0"/>
          <w:numId w:val="10"/>
        </w:numPr>
      </w:pPr>
      <w:r>
        <w:t>Contributed to an accessible career-support app with AI coaching, job discovery and voice-based mock interviews.</w:t>
      </w:r>
    </w:p>
    <w:p>
      <w:pPr>
        <w:pStyle w:val="ResumeBullet"/>
        <w:keepNext w:val="0"/>
        <w:numPr>
          <w:ilvl w:val="0"/>
          <w:numId w:val="10"/>
        </w:numPr>
      </w:pPr>
      <w:r>
        <w:t>Worked on API integration and project structure across the mobile client and Flask services.</w:t>
      </w:r>
    </w:p>
    <w:p>
      <w:pPr>
        <w:pStyle w:val="Heading1"/>
        <w:pBdr>
          <w:bottom w:val="single" w:sz="3" w:space="1" w:color="000000"/>
        </w:pBdr>
      </w:pPr>
      <w:r>
        <w:t>Skills</w:t>
      </w:r>
    </w:p>
    <w:p>
      <w:pPr>
        <w:pStyle w:val="ResumeSkills"/>
      </w:pPr>
      <w:r>
        <w:rPr>
          <w:rFonts w:ascii="cmbx10" w:hAnsi="cmbx10" w:cs="cmbx10" w:eastAsia="cmbx10"/>
          <w:b w:val="0"/>
          <w:i w:val="0"/>
          <w:color w:val="000000"/>
          <w:sz w:val="20"/>
        </w:rPr>
        <w:t xml:space="preserve">Programming: </w:t>
      </w:r>
      <w:r>
        <w:t>TypeScript, JavaScript, Python, C#, HTML, CSS</w:t>
      </w:r>
    </w:p>
    <w:p>
      <w:pPr>
        <w:pStyle w:val="ResumeSkills"/>
      </w:pPr>
      <w:r>
        <w:rPr>
          <w:rFonts w:ascii="cmbx10" w:hAnsi="cmbx10" w:cs="cmbx10" w:eastAsia="cmbx10"/>
          <w:b w:val="0"/>
          <w:i w:val="0"/>
          <w:color w:val="000000"/>
          <w:sz w:val="20"/>
        </w:rPr>
        <w:t xml:space="preserve">Frameworks: </w:t>
      </w:r>
      <w:r>
        <w:t>React, React Native, Next.js, Expo, Node.js, NestJS, Flask</w:t>
      </w:r>
    </w:p>
    <w:p>
      <w:pPr>
        <w:pStyle w:val="ResumeSkills"/>
      </w:pPr>
      <w:r>
        <w:rPr>
          <w:rFonts w:ascii="cmbx10" w:hAnsi="cmbx10" w:cs="cmbx10" w:eastAsia="cmbx10"/>
          <w:b w:val="0"/>
          <w:i w:val="0"/>
          <w:color w:val="000000"/>
          <w:sz w:val="20"/>
        </w:rPr>
        <w:t xml:space="preserve">Data &amp; Cloud: </w:t>
      </w:r>
      <w:r>
        <w:t>Firebase, Supabase, PostgreSQL, Prisma, Vercel, Cloudflare</w:t>
      </w:r>
    </w:p>
    <w:p>
      <w:pPr>
        <w:pStyle w:val="ResumeSkills"/>
      </w:pPr>
      <w:r>
        <w:rPr>
          <w:rFonts w:ascii="cmbx10" w:hAnsi="cmbx10" w:cs="cmbx10" w:eastAsia="cmbx10"/>
          <w:b w:val="0"/>
          <w:i w:val="0"/>
          <w:color w:val="000000"/>
          <w:sz w:val="20"/>
        </w:rPr>
        <w:t xml:space="preserve">Practices &amp; Tools: </w:t>
      </w:r>
      <w:r>
        <w:t>Object-oriented programming, REST APIs, Git, GitHub, VS Code</w:t>
      </w:r>
    </w:p>
    <w:p>
      <w:pPr>
        <w:pStyle w:val="Heading1"/>
        <w:pBdr>
          <w:bottom w:val="single" w:sz="3" w:space="1" w:color="000000"/>
        </w:pBdr>
      </w:pPr>
      <w:r>
        <w:t>Languages</w:t>
      </w:r>
    </w:p>
    <w:p>
      <w:pPr>
        <w:pStyle w:val="ResumeSkills"/>
      </w:pPr>
      <w:r>
        <w:t>English, French, Swahili</w:t>
      </w:r>
    </w:p>
    <w:sectPr w:rsidR="00FC693F" w:rsidRPr="0006063C" w:rsidSect="00034616">
      <w:pgSz w:w="12240" w:h="15840"/>
      <w:pgMar w:top="580" w:right="720" w:bottom="640" w:left="72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mr10">
    <w:family w:val="roman"/>
    <w:embedRegular r:id="rIdResumeFont1" w:fontKey="{4F69B06F-D349-5D21-A087-513276041D18}" w:subsetted="0"/>
  </w:font>
  <w:font w:name="cmbx10">
    <w:family w:val="roman"/>
    <w:embedRegular r:id="rIdResumeFont2" w:fontKey="{8D002D2F-7AA3-5947-81CE-8D22EE033010}" w:subsetted="0"/>
  </w:font>
  <w:font w:name="cmbx12">
    <w:family w:val="roman"/>
    <w:embedRegular r:id="rIdResumeFont3" w:fontKey="{203774A5-82A1-5064-8C03-4876625BE109}" w:subsetted="0"/>
  </w:font>
  <w:font w:name="cmti10">
    <w:family w:val="roman"/>
    <w:embedRegular r:id="rIdResumeFont4" w:fontKey="{D32A2E54-7AC8-5274-86E1-F1981A47FE0E}" w:subsetted="0"/>
  </w:font>
  <w:font w:name="cmcsc10">
    <w:family w:val="roman"/>
    <w:embedRegular r:id="rIdResumeFont5" w:fontKey="{867B09F0-522C-525C-A7B4-CBA58215A218}" w:subsetted="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ind w:left="696" w:hanging="192"/>
        <w:tabs>
          <w:tab w:val="num" w:pos="696"/>
        </w:tabs>
      </w:pPr>
      <w:rPr>
        <w:rFonts w:ascii="Arial" w:hAnsi="Arial"/>
        <w:sz w:val="14"/>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compatibilityMode" w:uri="http://schemas.microsoft.com/office/word" w:val="15"/>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embedSystemFon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widowControl/>
      <w:spacing w:before="0" w:after="0" w:lineRule="exact" w:line="240"/>
      <w:ind w:left="0" w:right="0" w:firstLine="0"/>
    </w:pPr>
    <w:rPr>
      <w:rFonts w:ascii="cmr10" w:hAnsi="cmr10" w:cs="cmr10" w:eastAsia="cmr10"/>
      <w:b w:val="0"/>
      <w:i w:val="0"/>
      <w:color w:val="000000"/>
      <w:sz w:val="20"/>
      <w:lang w:val="en-Z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tabs>
        <w:tab w:pos="10800" w:val="right"/>
      </w:tabs>
      <w:spacing w:before="170" w:after="50" w:lineRule="exact" w:line="280"/>
      <w:ind w:left="0" w:right="0" w:firstLine="0"/>
      <w:outlineLvl w:val="0"/>
    </w:pPr>
    <w:rPr>
      <w:rFonts w:cstheme="majorBidi" w:ascii="cmcsc10" w:hAnsi="cmcsc10" w:cs="cmcsc10" w:eastAsia="cmcsc10"/>
      <w:b w:val="0"/>
      <w:bCs/>
      <w:i w:val="0"/>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umeName">
    <w:name w:val="Resume Name"/>
    <w:basedOn w:val="Normal"/>
    <w:pPr>
      <w:keepNext/>
      <w:keepLines/>
      <w:widowControl/>
      <w:spacing w:before="0" w:after="0" w:lineRule="exact" w:line="580"/>
      <w:ind w:left="0" w:right="0" w:firstLine="0"/>
      <w:jc w:val="center"/>
    </w:pPr>
    <w:rPr>
      <w:rFonts w:ascii="cmbx12" w:hAnsi="cmbx12" w:cs="cmbx12" w:eastAsia="cmbx12"/>
      <w:b w:val="0"/>
      <w:i w:val="0"/>
      <w:color w:val="000000"/>
      <w:sz w:val="50"/>
    </w:rPr>
  </w:style>
  <w:style w:type="paragraph" w:customStyle="1" w:styleId="ResumeContact">
    <w:name w:val="Resume Contact"/>
    <w:basedOn w:val="Normal"/>
    <w:pPr>
      <w:keepNext/>
      <w:keepLines/>
      <w:widowControl/>
      <w:spacing w:before="0" w:after="20" w:lineRule="exact" w:line="240"/>
      <w:ind w:left="0" w:right="0" w:firstLine="0"/>
      <w:jc w:val="center"/>
    </w:pPr>
    <w:rPr>
      <w:rFonts w:ascii="cmr10" w:hAnsi="cmr10" w:cs="cmr10" w:eastAsia="cmr10"/>
      <w:b w:val="0"/>
      <w:i w:val="0"/>
      <w:color w:val="000000"/>
      <w:sz w:val="19"/>
    </w:rPr>
  </w:style>
  <w:style w:type="paragraph" w:customStyle="1" w:styleId="ResumeSummary">
    <w:name w:val="Resume Summary"/>
    <w:basedOn w:val="Normal"/>
    <w:pPr>
      <w:keepNext w:val="0"/>
      <w:keepLines/>
      <w:widowControl/>
      <w:spacing w:before="0" w:after="0" w:lineRule="exact" w:line="240"/>
      <w:ind w:left="216" w:right="108" w:firstLine="0"/>
    </w:pPr>
    <w:rPr>
      <w:rFonts w:ascii="cmr10" w:hAnsi="cmr10" w:cs="cmr10" w:eastAsia="cmr10"/>
      <w:b w:val="0"/>
      <w:i w:val="0"/>
      <w:color w:val="000000"/>
      <w:sz w:val="20"/>
    </w:rPr>
  </w:style>
  <w:style w:type="paragraph" w:customStyle="1" w:styleId="ResumeEntry">
    <w:name w:val="Resume Entry"/>
    <w:basedOn w:val="Normal"/>
    <w:pPr>
      <w:keepNext/>
      <w:keepLines/>
      <w:widowControl/>
      <w:tabs>
        <w:tab w:pos="10692" w:val="right"/>
      </w:tabs>
      <w:spacing w:before="60" w:after="0" w:lineRule="exact" w:line="250"/>
      <w:ind w:left="216" w:right="108" w:firstLine="0"/>
    </w:pPr>
    <w:rPr>
      <w:rFonts w:ascii="cmbx10" w:hAnsi="cmbx10" w:cs="cmbx10" w:eastAsia="cmbx10"/>
      <w:b w:val="0"/>
      <w:i w:val="0"/>
      <w:color w:val="000000"/>
      <w:sz w:val="22"/>
    </w:rPr>
  </w:style>
  <w:style w:type="paragraph" w:customStyle="1" w:styleId="ResumeRole">
    <w:name w:val="Resume Role"/>
    <w:basedOn w:val="Normal"/>
    <w:pPr>
      <w:keepNext/>
      <w:keepLines/>
      <w:widowControl/>
      <w:tabs>
        <w:tab w:pos="10692" w:val="right"/>
      </w:tabs>
      <w:spacing w:before="0" w:after="0" w:lineRule="exact" w:line="240"/>
      <w:ind w:left="216" w:right="108" w:firstLine="0"/>
    </w:pPr>
    <w:rPr>
      <w:rFonts w:ascii="cmti10" w:hAnsi="cmti10" w:cs="cmti10" w:eastAsia="cmti10"/>
      <w:b w:val="0"/>
      <w:i w:val="0"/>
      <w:color w:val="000000"/>
      <w:sz w:val="20"/>
    </w:rPr>
  </w:style>
  <w:style w:type="paragraph" w:customStyle="1" w:styleId="ResumeProject">
    <w:name w:val="Resume Project"/>
    <w:basedOn w:val="Normal"/>
    <w:pPr>
      <w:keepNext/>
      <w:keepLines/>
      <w:widowControl/>
      <w:spacing w:before="90" w:after="0" w:lineRule="exact" w:line="240"/>
      <w:ind w:left="216" w:right="108" w:firstLine="0"/>
    </w:pPr>
    <w:rPr>
      <w:rFonts w:ascii="cmbx10" w:hAnsi="cmbx10" w:cs="cmbx10" w:eastAsia="cmbx10"/>
      <w:b w:val="0"/>
      <w:i w:val="0"/>
      <w:color w:val="000000"/>
      <w:sz w:val="20"/>
    </w:rPr>
  </w:style>
  <w:style w:type="paragraph" w:customStyle="1" w:styleId="ResumeSkills">
    <w:name w:val="Resume Skills"/>
    <w:basedOn w:val="Normal"/>
    <w:pPr>
      <w:keepNext w:val="0"/>
      <w:keepLines/>
      <w:widowControl/>
      <w:spacing w:before="0" w:after="0" w:lineRule="exact" w:line="240"/>
      <w:ind w:left="216" w:right="108" w:firstLine="0"/>
    </w:pPr>
    <w:rPr>
      <w:rFonts w:ascii="cmr10" w:hAnsi="cmr10" w:cs="cmr10" w:eastAsia="cmr10"/>
      <w:b w:val="0"/>
      <w:i w:val="0"/>
      <w:color w:val="000000"/>
      <w:sz w:val="20"/>
    </w:rPr>
  </w:style>
  <w:style w:type="paragraph" w:customStyle="1" w:styleId="ResumeBullet">
    <w:name w:val="Resume Bullet"/>
    <w:basedOn w:val="Normal"/>
    <w:pPr>
      <w:keepNext w:val="0"/>
      <w:keepLines/>
      <w:widowControl/>
      <w:spacing w:before="0" w:after="0" w:lineRule="exact" w:line="240"/>
      <w:ind w:left="696" w:right="108" w:hanging="192"/>
    </w:pPr>
    <w:rPr>
      <w:rFonts w:ascii="cmr10" w:hAnsi="cmr10" w:cs="cmr10" w:eastAsia="cmr10"/>
      <w:b w:val="0"/>
      <w:i w:val="0"/>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divindaniel58@gmail.com" TargetMode="External"/><Relationship Id="rId10" Type="http://schemas.openxmlformats.org/officeDocument/2006/relationships/hyperlink" Target="https://www.linkedin.com/in/divin-daniel-1b2342343/" TargetMode="External"/><Relationship Id="rId11" Type="http://schemas.openxmlformats.org/officeDocument/2006/relationships/hyperlink" Target="https://github.com/Divin01" TargetMode="External"/><Relationship Id="rId12" Type="http://schemas.openxmlformats.org/officeDocument/2006/relationships/hyperlink" Target="https://www.divindaniel.com" TargetMode="External"/><Relationship Id="rId13" Type="http://schemas.openxmlformats.org/officeDocument/2006/relationships/hyperlink" Target="https://www.uj.ac.za/" TargetMode="External"/><Relationship Id="rId14" Type="http://schemas.openxmlformats.org/officeDocument/2006/relationships/hyperlink" Target="https://github.com/CropMateSmart/CropMate" TargetMode="External"/></Relationships>
</file>

<file path=word/_rels/fontTable.xml.rels><?xml version='1.0' encoding='UTF-8' standalone='yes'?>
<Relationships xmlns="http://schemas.openxmlformats.org/package/2006/relationships"><Relationship Id="rIdResumeFont1" Type="http://schemas.openxmlformats.org/officeDocument/2006/relationships/font" Target="fonts/cmr10.odttf"/><Relationship Id="rIdResumeFont2" Type="http://schemas.openxmlformats.org/officeDocument/2006/relationships/font" Target="fonts/cmbx10.odttf"/><Relationship Id="rIdResumeFont3" Type="http://schemas.openxmlformats.org/officeDocument/2006/relationships/font" Target="fonts/cmbx12.odttf"/><Relationship Id="rIdResumeFont4" Type="http://schemas.openxmlformats.org/officeDocument/2006/relationships/font" Target="fonts/cmti10.odttf"/><Relationship Id="rIdResumeFont5" Type="http://schemas.openxmlformats.org/officeDocument/2006/relationships/font" Target="fonts/cmcsc10.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Divin Daniel - Resume</dc:title>
  <dc:subject>Full-stack web and mobile development</dc:subject>
  <dc:creator>Divin Daniel</dc:creator>
  <cp:keywords>TypeScript, React Native, Next.js, Python, software development</cp:keywords>
  <dc:description/>
  <cp:lastModifiedBy>Divin Daniel</cp:lastModifiedBy>
  <cp:revision>1</cp:revision>
  <dcterms:created xsi:type="dcterms:W3CDTF">2026-11-02T00:00:00Z</dcterms:created>
  <dcterms:modified xsi:type="dcterms:W3CDTF">2013-12-23T23:15:00Z</dcterms:modified>
  <cp:category/>
</cp:coreProperties>
</file>